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לוחות הבחירה לעבודה על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סוגי הלוחות השונים ואת ההיגיון שבבסיס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מודעת של משימה ושל רמה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 של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התלמידים בוחרים דרך משלהם לעבוד על אותו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מסלול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תלמיד בוחר לפי עניין ולפי הרמה המתאימה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המבנה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ברמה הזו יש גם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שמות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שם הלוח למבנה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(משימה אחת לכולם ואחר כך בחירה חופשית)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 ראשונה, מנה עיקרית וקינוח)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(שורה של הבנה ושורה של 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(משלימים שורה כמו באיקס עיגול)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(ארבע תחנות שכל אחת פותחת את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משימה שבוחרים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ההוראות ואת רשימת ההצלחה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תשובה בדפדפן ומסמנים שסיימו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המנמקת בחירה - התייחסות לעניין אישי או לרמת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משימות ברורות, מגוונות ברמת קושי, הקשורות לעלילת הסיפור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חובה - כולם עושים אותה; בחירה - בוחרים לפי טעם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שם לוח קיים ותיאור נכון של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בסיס, מתקדם, מאתגר, עברית פשוטה עם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הדף בזוגות לפני פתיחת לוח בחירה אמיתי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דוגמה אחת מהלוחות על המסך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לקושי עבור 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בחירה כל התלמידים לומדים את אותו סיפור, אבל כל אחד ואחת בוחרים משימה ורמה משלהם. בדף הזה נכיר את סוגי הלוחות השונים ואת הדרך הנכונה לעבוד איתם.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 של 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התלמידים בוחרים דרך משלהם לעבוד על אותו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התלמידים עושים בדיוק את 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בלבד בוחר מה כל תלמיד יעשה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תלמיד לומד סיפור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מבנים שונים של לוחות בחירה מופיעים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יש בסך הכל בכל הלוחות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לוח יש תחנות שכל אחת פותחת את הבאה אחריה?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מסלול הבריחה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תפריט הנקודות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מרכיבים ארוחה של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רמות אפשר לבחור לכל 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בחירה כל התלמידים חייבים לבחור באותה משימה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תשובות ישירות בדפדפן והן נשמרות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'מרכיבים ארוחה של למידה' המשימות מחולקות למנה ראשונה, עיקרית וקינוח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'עברית פשוטה' אין ניקוד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'תפריט הנקודות' המטרה היא לאסוף עשר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שמות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"חובה, בחירה ו__________" יש משימה אחת לכולם ואחר כך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"שלושה ב__________" משלימים שורה כמו במשחק איקס 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"בוחרים __________" יש שורה של הבנה ושורה של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במסלול הבריחה יש __________ תחנות שכל אחת פותחת את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בתפריט הנקודות אוספים __________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שם הלוח למבנה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חובה, בחירה ואוורור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 ראשונה, מנה עיקרית וקינוח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מרכיבים ארוחה של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ארבע תחנות שכל אחת פותחת את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משלימים שורה כמו באיקס עיגול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משימה אחת לכולם ואחר כך בחירה חופשית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מסלול הבריחה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שורה של הבנה ושורה של 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לוח 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משימה שבוחרים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בדפדפן ומסמנים שסיימו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ההוראות ואת רשימת ההצלחה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מתוך לוח כלשהו שלמדתם עליו, וכתבו למה הייתם בוחרים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בעצמכם לוח בחירה קטן לסיפור שאהבתם - כתבו שלוש משימות שונות ברמות קושי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'חובה' למשימת 'בחירה'?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לוח בחירה אחד ותארו בקצרה את המבנה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ארבע רמות אפשר לבחור בכל משימה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