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לוחות הבחירה לעבודה על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סוגי הלוחות השונים ואת ההיגיון שבבסיס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מודעת של משימה ושל רמה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התלמידים בוחרים דרך משלהם לעבוד על אותו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מסלול הבריחה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תלמיד בוחר לפי עניין ולפי הרמה המתאימה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המבנה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ברמה הזו יש גם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שמות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הלוח למבנה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(משימה אחת לכולם ואחר כך בחירה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 ראשונה, מנה עיקרית וקינוח)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(שורה של הבנה ושורה של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(משלימים שורה כמו באיקס עיגול)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(ארבע תחנות שכל אחת פותחת את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משימה שבוחרים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ההוראות ואת רשימת ההצלחה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בדפדפן ומסמנים שסיימו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המנמקת בחירה - התייחסות לעניין אישי או לרמת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משימות ברורות, מגוונות ברמת קושי, הקשורות לעלילת הסיפור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חובה - כולם עושים אותה; בחירה - בוחרים לפי טעם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שם לוח קיים ותיאור נכון של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מאתגר, עברית פשוטה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הדף בזוגות לפני פתיחת לוח בחירה אמיתי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מהלוחות על המסך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לקושי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כולם לומדים את אותו סיפור. כל תלמיד בוחר משימה שמתאימה לו. יש משימות קלות ויש משימות קשות. נלמד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עם כמה משימות על אותו סיפור, ובוחרים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שכולם חייבים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שבוחרים לפי טעם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אוורור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קלה ומשחררת, בדרך כלל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דרגת קושי של המשימה - בסיס, מתקדם, מאתגר או עברית פשוטה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שבו כל תחנה פותחת את התחנה הבאה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תפריט נקודות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שבו אוספים נקודות ממשימות שונות עד למספר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בלוח שנקרא 'ארוחה של למידה' - ראשונה, עיקרית או קינוח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 של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מיועד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התלמידים בוחרים דרך משלהם לעבוד על אותו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התלמידים עושים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בלבד בוחר מה כל תלמיד יעשה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תלמיד לומד סיפור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לוחות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לוח יש תחנה אחרי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בשורה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מסלול הבריחה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תפריט הנקודות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מרכיבים ארוחה של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רמות קושי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בחירה כל התלמידים חייבים לבחור באותה משימה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תשובות ישירות בדפדפן והן נשמרות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'מרכיבים ארוחה של למידה' המשימות מחולקות למנה ראשונה, עיקרית וקינוח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'עברית פשוטה' אין ניקוד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'תפריט הנקודות' המטרה היא לאסוף עשר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שמות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"חובה, בחירה ו__________" יש משימה אחת לכולם ואחר כך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"שלושה ב__________" משלימים שורה כמו במשחק איקס 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"בוחרים __________" יש שורה של הבנה ושורה של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במסלול הבריחה יש __________ תחנות שכל אחת פותחת את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בתפריט הנקודות אוספים __________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שם הלוח למבנה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חובה, בחירה ואוורור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 ראשונה, מנה עיקרית וקינוח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מרכיבים ארוחה של 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שורה של הבנה ושורה של 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משלימים שורה כמו באיקס עיגול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בשורה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ארבע תחנות שכל אחת פותחת את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 הבריחה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משימה אחת לכולם ואחר כך בחירה חופשית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בדפדפן ומסמנים שסיימו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לוח 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משימה שבוחרים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ההוראות ואת רשימת ההצלחה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מתוך לוח כלשהו שלמדתם עליו, וכתבו למה הייתם בוחרים דווקא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בעצמכם לוח בחירה קטן לסיפור שאהבתם - כתבו שלוש משימות שונות ברמות קושי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'חובה' למשימת 'בחירה'?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לוח בחירה אחד ותארו בקצרה את המבנה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ארבע רמות אפשר לבחור בכל משימה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